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E513FE" w14:textId="77777777" w:rsidR="001152FA" w:rsidRDefault="00000000" w:rsidP="006B08E0">
      <w:pPr>
        <w:jc w:val="right"/>
      </w:pPr>
      <w:r>
        <w:t xml:space="preserve">Al Responsabile della Prevenzione della Corruzione e </w:t>
      </w:r>
    </w:p>
    <w:p w14:paraId="5E3CC57F" w14:textId="387FD774" w:rsidR="001152FA" w:rsidRDefault="00000000" w:rsidP="006B08E0">
      <w:pPr>
        <w:jc w:val="right"/>
      </w:pPr>
      <w:proofErr w:type="spellStart"/>
      <w:r>
        <w:t>della</w:t>
      </w:r>
      <w:proofErr w:type="spellEnd"/>
      <w:r>
        <w:t xml:space="preserve"> </w:t>
      </w:r>
      <w:proofErr w:type="spellStart"/>
      <w:r>
        <w:t>Trasparenza</w:t>
      </w:r>
      <w:proofErr w:type="spellEnd"/>
      <w:r>
        <w:t xml:space="preserve"> del Comune di </w:t>
      </w:r>
      <w:r w:rsidR="00565682">
        <w:t>Ceretto Lomellina</w:t>
      </w:r>
    </w:p>
    <w:p w14:paraId="5C718B40" w14:textId="5B5462F4" w:rsidR="001152FA" w:rsidRDefault="00000000" w:rsidP="006B08E0">
      <w:pPr>
        <w:jc w:val="right"/>
      </w:pPr>
      <w:r>
        <w:t xml:space="preserve">e-mail: </w:t>
      </w:r>
      <w:hyperlink r:id="rId6" w:history="1">
        <w:r w:rsidR="00565682" w:rsidRPr="002C1D79">
          <w:rPr>
            <w:rStyle w:val="Collegamentoipertestuale"/>
          </w:rPr>
          <w:t>info@comune.cerettolomellina.pv.it</w:t>
        </w:r>
      </w:hyperlink>
    </w:p>
    <w:p w14:paraId="762449BD" w14:textId="77777777" w:rsidR="00565682" w:rsidRDefault="00565682" w:rsidP="006B08E0">
      <w:pPr>
        <w:jc w:val="right"/>
      </w:pPr>
    </w:p>
    <w:p w14:paraId="6E06565A" w14:textId="74246F2C" w:rsidR="001152FA" w:rsidRDefault="00000000" w:rsidP="006B08E0">
      <w:pPr>
        <w:spacing w:after="0" w:line="240" w:lineRule="auto"/>
        <w:jc w:val="both"/>
      </w:pPr>
      <w:r>
        <w:t xml:space="preserve">OGGETTO: </w:t>
      </w:r>
      <w:proofErr w:type="spellStart"/>
      <w:r>
        <w:t>proposte</w:t>
      </w:r>
      <w:proofErr w:type="spellEnd"/>
      <w:r>
        <w:t xml:space="preserve"> e </w:t>
      </w:r>
      <w:proofErr w:type="spellStart"/>
      <w:r>
        <w:t>osservazioni</w:t>
      </w:r>
      <w:proofErr w:type="spellEnd"/>
      <w:r>
        <w:t xml:space="preserve"> ai fini dell'elaborazione del Piano </w:t>
      </w:r>
      <w:proofErr w:type="spellStart"/>
      <w:r>
        <w:t>Integrato</w:t>
      </w:r>
      <w:proofErr w:type="spellEnd"/>
      <w:r>
        <w:t xml:space="preserve"> di </w:t>
      </w:r>
      <w:proofErr w:type="spellStart"/>
      <w:r>
        <w:t>Attività</w:t>
      </w:r>
      <w:proofErr w:type="spellEnd"/>
      <w:r>
        <w:t xml:space="preserve"> e </w:t>
      </w:r>
      <w:proofErr w:type="spellStart"/>
      <w:r>
        <w:t>Organizzazione</w:t>
      </w:r>
      <w:proofErr w:type="spellEnd"/>
      <w:r>
        <w:t xml:space="preserve"> (PIAO) - Sottosezione Rischi </w:t>
      </w:r>
      <w:proofErr w:type="spellStart"/>
      <w:r>
        <w:t>corruttivi</w:t>
      </w:r>
      <w:proofErr w:type="spellEnd"/>
      <w:r>
        <w:t xml:space="preserve"> e </w:t>
      </w:r>
      <w:proofErr w:type="spellStart"/>
      <w:r>
        <w:t>trasparenza</w:t>
      </w:r>
      <w:proofErr w:type="spellEnd"/>
    </w:p>
    <w:p w14:paraId="042BAC37" w14:textId="77777777" w:rsidR="001152FA" w:rsidRDefault="001152FA" w:rsidP="006B08E0">
      <w:pPr>
        <w:spacing w:after="0" w:line="240" w:lineRule="auto"/>
        <w:jc w:val="both"/>
      </w:pPr>
    </w:p>
    <w:p w14:paraId="1A7A74A7" w14:textId="77777777" w:rsidR="001152FA" w:rsidRDefault="00000000" w:rsidP="006B08E0">
      <w:pPr>
        <w:spacing w:after="0" w:line="240" w:lineRule="auto"/>
        <w:jc w:val="both"/>
      </w:pPr>
      <w:r>
        <w:t>Il/La sottoscritto/a..........................................................................................................</w:t>
      </w:r>
    </w:p>
    <w:p w14:paraId="66D9E6C2" w14:textId="77777777" w:rsidR="001152FA" w:rsidRDefault="001152FA" w:rsidP="006B08E0">
      <w:pPr>
        <w:spacing w:after="0" w:line="240" w:lineRule="auto"/>
        <w:jc w:val="both"/>
      </w:pPr>
    </w:p>
    <w:p w14:paraId="5076943D" w14:textId="77777777" w:rsidR="001152FA" w:rsidRDefault="00000000" w:rsidP="006B08E0">
      <w:pPr>
        <w:spacing w:after="0" w:line="240" w:lineRule="auto"/>
        <w:jc w:val="both"/>
      </w:pPr>
      <w:r>
        <w:t>Codice fiscale …………………………………………………… in qualità di ………………………………………………………</w:t>
      </w:r>
    </w:p>
    <w:p w14:paraId="09F44D6B" w14:textId="63A27086" w:rsidR="001152FA" w:rsidRDefault="00000000" w:rsidP="006B08E0">
      <w:pPr>
        <w:spacing w:after="0" w:line="240" w:lineRule="auto"/>
        <w:jc w:val="both"/>
      </w:pPr>
      <w:r>
        <w:t xml:space="preserve">(indicare la categoria di appartenenza, per es. utente; </w:t>
      </w:r>
      <w:proofErr w:type="spellStart"/>
      <w:r>
        <w:t>cittadino</w:t>
      </w:r>
      <w:proofErr w:type="spellEnd"/>
      <w:r>
        <w:t xml:space="preserve">; </w:t>
      </w:r>
      <w:proofErr w:type="spellStart"/>
      <w:r>
        <w:t>rappresentante</w:t>
      </w:r>
      <w:proofErr w:type="spellEnd"/>
      <w:r>
        <w:t xml:space="preserve"> di </w:t>
      </w:r>
      <w:proofErr w:type="spellStart"/>
      <w:r>
        <w:t>organizzazione</w:t>
      </w:r>
      <w:proofErr w:type="spellEnd"/>
      <w:r>
        <w:t xml:space="preserve"> </w:t>
      </w:r>
      <w:proofErr w:type="spellStart"/>
      <w:r>
        <w:t>sindacale</w:t>
      </w:r>
      <w:proofErr w:type="spellEnd"/>
      <w:r>
        <w:t xml:space="preserve">, di </w:t>
      </w:r>
      <w:proofErr w:type="spellStart"/>
      <w:r>
        <w:t>associazione</w:t>
      </w:r>
      <w:proofErr w:type="spellEnd"/>
      <w:r>
        <w:t xml:space="preserve"> o </w:t>
      </w:r>
      <w:proofErr w:type="spellStart"/>
      <w:r>
        <w:t>altre</w:t>
      </w:r>
      <w:proofErr w:type="spellEnd"/>
      <w:r>
        <w:t xml:space="preserve"> </w:t>
      </w:r>
      <w:proofErr w:type="spellStart"/>
      <w:r>
        <w:t>organizzazioni</w:t>
      </w:r>
      <w:proofErr w:type="spellEnd"/>
      <w:r>
        <w:t xml:space="preserve"> </w:t>
      </w:r>
      <w:proofErr w:type="spellStart"/>
      <w:r>
        <w:t>rappresentative</w:t>
      </w:r>
      <w:proofErr w:type="spellEnd"/>
      <w:r>
        <w:t xml:space="preserve"> </w:t>
      </w:r>
      <w:proofErr w:type="spellStart"/>
      <w:r>
        <w:t>dei</w:t>
      </w:r>
      <w:proofErr w:type="spellEnd"/>
      <w:r>
        <w:t xml:space="preserve"> </w:t>
      </w:r>
      <w:proofErr w:type="spellStart"/>
      <w:r>
        <w:t>cittadini</w:t>
      </w:r>
      <w:proofErr w:type="spellEnd"/>
      <w:r>
        <w:t xml:space="preserve">, di </w:t>
      </w:r>
      <w:proofErr w:type="spellStart"/>
      <w:r>
        <w:t>istituzioni</w:t>
      </w:r>
      <w:proofErr w:type="spellEnd"/>
      <w:r>
        <w:t xml:space="preserve"> o di </w:t>
      </w:r>
      <w:proofErr w:type="spellStart"/>
      <w:r>
        <w:t>enti</w:t>
      </w:r>
      <w:proofErr w:type="spellEnd"/>
      <w:r>
        <w:t xml:space="preserve"> </w:t>
      </w:r>
      <w:proofErr w:type="spellStart"/>
      <w:r>
        <w:t>locali</w:t>
      </w:r>
      <w:proofErr w:type="spellEnd"/>
      <w:r>
        <w:t>)</w:t>
      </w:r>
    </w:p>
    <w:p w14:paraId="7C4AB75E" w14:textId="77777777" w:rsidR="001152FA" w:rsidRDefault="001152FA" w:rsidP="006B08E0">
      <w:pPr>
        <w:spacing w:after="0" w:line="240" w:lineRule="auto"/>
        <w:jc w:val="both"/>
      </w:pPr>
    </w:p>
    <w:p w14:paraId="59698583" w14:textId="77777777" w:rsidR="001152FA" w:rsidRDefault="00000000" w:rsidP="006B08E0">
      <w:pPr>
        <w:spacing w:after="0" w:line="240" w:lineRule="auto"/>
        <w:jc w:val="both"/>
      </w:pPr>
      <w:r>
        <w:t xml:space="preserve">indirizzo e-mail …………………………………………………………..…............................................................. </w:t>
      </w:r>
    </w:p>
    <w:p w14:paraId="4033CFE0" w14:textId="77777777" w:rsidR="001152FA" w:rsidRDefault="00000000" w:rsidP="006B08E0">
      <w:pPr>
        <w:spacing w:after="0" w:line="240" w:lineRule="auto"/>
        <w:jc w:val="both"/>
      </w:pPr>
      <w:r>
        <w:t>(per richiesta eventuali ulteriori dettagli)</w:t>
      </w:r>
    </w:p>
    <w:p w14:paraId="1EBAA3B0" w14:textId="77777777" w:rsidR="001152FA" w:rsidRDefault="001152FA" w:rsidP="006B08E0">
      <w:pPr>
        <w:spacing w:after="0" w:line="240" w:lineRule="auto"/>
        <w:jc w:val="both"/>
      </w:pPr>
    </w:p>
    <w:p w14:paraId="79264C35" w14:textId="77777777" w:rsidR="001152FA" w:rsidRDefault="00000000" w:rsidP="00565682">
      <w:pPr>
        <w:spacing w:after="0" w:line="240" w:lineRule="auto"/>
        <w:jc w:val="center"/>
      </w:pPr>
      <w:r>
        <w:t>visto</w:t>
      </w:r>
    </w:p>
    <w:p w14:paraId="4D469313" w14:textId="77777777" w:rsidR="001152FA" w:rsidRDefault="001152FA" w:rsidP="006B08E0">
      <w:pPr>
        <w:spacing w:after="0" w:line="240" w:lineRule="auto"/>
        <w:jc w:val="both"/>
      </w:pPr>
    </w:p>
    <w:p w14:paraId="278529A1" w14:textId="77777777" w:rsidR="001152FA" w:rsidRDefault="00000000" w:rsidP="006B08E0">
      <w:pPr>
        <w:spacing w:after="0" w:line="240" w:lineRule="auto"/>
        <w:jc w:val="both"/>
      </w:pPr>
      <w:r>
        <w:t xml:space="preserve">• la Sottosezione 2.3 Rischi corruttivi e trasparenza del PIAO 2025-2027, attualmente in </w:t>
      </w:r>
    </w:p>
    <w:p w14:paraId="3A9AC447" w14:textId="77777777" w:rsidR="001152FA" w:rsidRDefault="00000000" w:rsidP="006B08E0">
      <w:pPr>
        <w:spacing w:after="0" w:line="240" w:lineRule="auto"/>
        <w:jc w:val="both"/>
      </w:pPr>
      <w:r>
        <w:t>vigore;</w:t>
      </w:r>
    </w:p>
    <w:p w14:paraId="5E68B9DF" w14:textId="77777777" w:rsidR="001152FA" w:rsidRDefault="001152FA" w:rsidP="006B08E0">
      <w:pPr>
        <w:spacing w:after="0" w:line="240" w:lineRule="auto"/>
        <w:jc w:val="both"/>
      </w:pPr>
    </w:p>
    <w:p w14:paraId="72AF974B" w14:textId="77777777" w:rsidR="001152FA" w:rsidRDefault="00000000" w:rsidP="006B08E0">
      <w:pPr>
        <w:spacing w:after="0" w:line="240" w:lineRule="auto"/>
        <w:jc w:val="both"/>
      </w:pPr>
      <w:r>
        <w:t>• l’art. 6 del d.l. n. 80 del 9 giugno 2021;</w:t>
      </w:r>
    </w:p>
    <w:p w14:paraId="554C1F0B" w14:textId="77777777" w:rsidR="001152FA" w:rsidRDefault="001152FA" w:rsidP="006B08E0">
      <w:pPr>
        <w:spacing w:after="0" w:line="240" w:lineRule="auto"/>
        <w:jc w:val="both"/>
      </w:pPr>
    </w:p>
    <w:p w14:paraId="644FBA24" w14:textId="77777777" w:rsidR="001152FA" w:rsidRDefault="00000000" w:rsidP="00565682">
      <w:pPr>
        <w:spacing w:after="0" w:line="240" w:lineRule="auto"/>
        <w:jc w:val="center"/>
      </w:pPr>
      <w:r>
        <w:t>propone</w:t>
      </w:r>
    </w:p>
    <w:p w14:paraId="61A4EC6A" w14:textId="77777777" w:rsidR="001152FA" w:rsidRDefault="001152FA" w:rsidP="006B08E0">
      <w:pPr>
        <w:spacing w:after="0" w:line="240" w:lineRule="auto"/>
        <w:jc w:val="both"/>
      </w:pPr>
    </w:p>
    <w:p w14:paraId="71B4E29A" w14:textId="1245F33D" w:rsidR="001152FA" w:rsidRDefault="00000000" w:rsidP="006B08E0">
      <w:pPr>
        <w:spacing w:after="0" w:line="240" w:lineRule="auto"/>
        <w:jc w:val="both"/>
      </w:pPr>
      <w:r>
        <w:t xml:space="preserve">I seguenti aggiornamenti/modifiche/integrazioni/osservazioni in relazione alla Sottosezione 2.3 Rischi corruttivi e trasparenza del PIAO 2026-2028 rispetto al </w:t>
      </w:r>
      <w:proofErr w:type="spellStart"/>
      <w:r>
        <w:t>documento</w:t>
      </w:r>
      <w:proofErr w:type="spellEnd"/>
      <w:r>
        <w:t xml:space="preserve"> di </w:t>
      </w:r>
      <w:proofErr w:type="spellStart"/>
      <w:r>
        <w:t>programmazione</w:t>
      </w:r>
      <w:proofErr w:type="spellEnd"/>
      <w:r>
        <w:t xml:space="preserve"> </w:t>
      </w:r>
      <w:proofErr w:type="spellStart"/>
      <w:r>
        <w:t>vigente</w:t>
      </w:r>
      <w:proofErr w:type="spellEnd"/>
      <w:r>
        <w:t xml:space="preserve"> – </w:t>
      </w:r>
      <w:proofErr w:type="spellStart"/>
      <w:r>
        <w:t>Sottosezione</w:t>
      </w:r>
      <w:proofErr w:type="spellEnd"/>
      <w:r>
        <w:t xml:space="preserve"> 2.3 Rischi </w:t>
      </w:r>
      <w:proofErr w:type="spellStart"/>
      <w:r>
        <w:t>corruttivi</w:t>
      </w:r>
      <w:proofErr w:type="spellEnd"/>
      <w:r>
        <w:t xml:space="preserve"> e trasparenza del PIAO 2025-2027:</w:t>
      </w:r>
    </w:p>
    <w:p w14:paraId="43662BFA" w14:textId="77777777" w:rsidR="001152FA" w:rsidRDefault="001152FA" w:rsidP="006B08E0">
      <w:pPr>
        <w:spacing w:after="0" w:line="240" w:lineRule="auto"/>
        <w:jc w:val="both"/>
      </w:pPr>
    </w:p>
    <w:p w14:paraId="41B1DD61" w14:textId="77777777" w:rsidR="001152FA" w:rsidRDefault="00000000" w:rsidP="006B08E0">
      <w:pPr>
        <w:spacing w:after="0" w:line="240" w:lineRule="auto"/>
        <w:jc w:val="both"/>
      </w:pPr>
      <w:r>
        <w:t>…..................................................................................................................................</w:t>
      </w:r>
    </w:p>
    <w:p w14:paraId="5F86979F" w14:textId="77777777" w:rsidR="001152FA" w:rsidRDefault="001152FA" w:rsidP="006B08E0">
      <w:pPr>
        <w:spacing w:after="0" w:line="240" w:lineRule="auto"/>
        <w:jc w:val="both"/>
      </w:pPr>
    </w:p>
    <w:p w14:paraId="4973903E" w14:textId="77777777" w:rsidR="001152FA" w:rsidRDefault="00000000" w:rsidP="006B08E0">
      <w:pPr>
        <w:spacing w:after="0" w:line="240" w:lineRule="auto"/>
        <w:jc w:val="both"/>
      </w:pPr>
      <w:r>
        <w:t>…..................................................................................................................................</w:t>
      </w:r>
    </w:p>
    <w:p w14:paraId="7171806C" w14:textId="77777777" w:rsidR="001152FA" w:rsidRDefault="001152FA" w:rsidP="006B08E0">
      <w:pPr>
        <w:spacing w:after="0" w:line="240" w:lineRule="auto"/>
        <w:jc w:val="both"/>
      </w:pPr>
    </w:p>
    <w:p w14:paraId="2A58B0A3" w14:textId="77777777" w:rsidR="001152FA" w:rsidRDefault="00000000" w:rsidP="006B08E0">
      <w:pPr>
        <w:spacing w:after="0" w:line="240" w:lineRule="auto"/>
        <w:jc w:val="both"/>
      </w:pPr>
      <w:r>
        <w:t>.....................................................................................................................................</w:t>
      </w:r>
    </w:p>
    <w:p w14:paraId="277D2B5E" w14:textId="77777777" w:rsidR="001152FA" w:rsidRDefault="001152FA" w:rsidP="006B08E0">
      <w:pPr>
        <w:spacing w:after="0" w:line="240" w:lineRule="auto"/>
        <w:jc w:val="both"/>
      </w:pPr>
    </w:p>
    <w:p w14:paraId="07F579F0" w14:textId="77777777" w:rsidR="001152FA" w:rsidRDefault="00000000" w:rsidP="006B08E0">
      <w:pPr>
        <w:spacing w:after="0" w:line="240" w:lineRule="auto"/>
        <w:jc w:val="both"/>
      </w:pPr>
      <w:r>
        <w:t>…..................................................................................................................................</w:t>
      </w:r>
    </w:p>
    <w:p w14:paraId="6F5395EC" w14:textId="77777777" w:rsidR="001152FA" w:rsidRDefault="001152FA" w:rsidP="006B08E0">
      <w:pPr>
        <w:spacing w:after="0" w:line="240" w:lineRule="auto"/>
        <w:jc w:val="both"/>
      </w:pPr>
    </w:p>
    <w:p w14:paraId="74AB5F3D" w14:textId="77777777" w:rsidR="001152FA" w:rsidRDefault="00000000" w:rsidP="006B08E0">
      <w:pPr>
        <w:spacing w:after="0" w:line="240" w:lineRule="auto"/>
        <w:jc w:val="both"/>
      </w:pPr>
      <w:r>
        <w:t>…..................................................................................................................................</w:t>
      </w:r>
    </w:p>
    <w:p w14:paraId="6D71A590" w14:textId="77777777" w:rsidR="001152FA" w:rsidRDefault="001152FA" w:rsidP="006B08E0">
      <w:pPr>
        <w:spacing w:after="0" w:line="240" w:lineRule="auto"/>
        <w:jc w:val="both"/>
      </w:pPr>
    </w:p>
    <w:p w14:paraId="5912E5DC" w14:textId="77777777" w:rsidR="001152FA" w:rsidRDefault="001152FA" w:rsidP="006B08E0">
      <w:pPr>
        <w:spacing w:after="0" w:line="240" w:lineRule="auto"/>
        <w:jc w:val="both"/>
      </w:pPr>
    </w:p>
    <w:p w14:paraId="450913EB" w14:textId="51E501AB" w:rsidR="001152FA" w:rsidRDefault="00000000" w:rsidP="006B08E0">
      <w:pPr>
        <w:spacing w:after="0" w:line="240" w:lineRule="auto"/>
        <w:jc w:val="both"/>
      </w:pPr>
      <w:r>
        <w:t>Data</w:t>
      </w:r>
      <w:r w:rsidR="000C11B3">
        <w:t>……………………………………</w:t>
      </w:r>
      <w:proofErr w:type="gramStart"/>
      <w:r w:rsidR="000C11B3">
        <w:t>…..</w:t>
      </w:r>
      <w:proofErr w:type="gramEnd"/>
      <w:r>
        <w:t xml:space="preserve"> </w:t>
      </w:r>
    </w:p>
    <w:p w14:paraId="084E06E6" w14:textId="77777777" w:rsidR="001152FA" w:rsidRDefault="001152FA" w:rsidP="006B08E0">
      <w:pPr>
        <w:spacing w:after="0" w:line="240" w:lineRule="auto"/>
        <w:jc w:val="both"/>
      </w:pPr>
    </w:p>
    <w:p w14:paraId="346B67F1" w14:textId="77777777" w:rsidR="001152FA" w:rsidRDefault="00000000" w:rsidP="000C11B3">
      <w:pPr>
        <w:spacing w:after="0" w:line="240" w:lineRule="auto"/>
        <w:ind w:left="6480" w:firstLine="720"/>
        <w:jc w:val="both"/>
      </w:pPr>
      <w:r>
        <w:t>FIRMA</w:t>
      </w:r>
    </w:p>
    <w:p w14:paraId="177F5FD8" w14:textId="77777777" w:rsidR="001152FA" w:rsidRDefault="001152FA" w:rsidP="006B08E0">
      <w:pPr>
        <w:spacing w:after="0" w:line="240" w:lineRule="auto"/>
        <w:jc w:val="both"/>
      </w:pPr>
    </w:p>
    <w:p w14:paraId="0C8CAC67" w14:textId="77777777" w:rsidR="001152FA" w:rsidRDefault="00000000" w:rsidP="006B08E0">
      <w:pPr>
        <w:spacing w:after="0" w:line="240" w:lineRule="auto"/>
        <w:jc w:val="both"/>
      </w:pPr>
      <w:r>
        <w:t>INFORMATIVA ai sensi dell’Art. 13 del REG UE 679/2016 (GDPR)</w:t>
      </w:r>
    </w:p>
    <w:p w14:paraId="50EE98C3" w14:textId="7BCD8D69" w:rsidR="001152FA" w:rsidRDefault="00000000" w:rsidP="006B08E0">
      <w:pPr>
        <w:spacing w:after="0" w:line="240" w:lineRule="auto"/>
        <w:jc w:val="both"/>
      </w:pPr>
      <w:r>
        <w:t xml:space="preserve">Il Comune di </w:t>
      </w:r>
      <w:r w:rsidR="00565682">
        <w:t>Ceretto Lomellina</w:t>
      </w:r>
      <w:r>
        <w:t xml:space="preserve"> in </w:t>
      </w:r>
      <w:proofErr w:type="spellStart"/>
      <w:r>
        <w:t>qualità</w:t>
      </w:r>
      <w:proofErr w:type="spellEnd"/>
      <w:r>
        <w:t xml:space="preserve"> di titolare del trattamento, informa che i dati personali raccolti, saranno trattati manualmente o con strumenti informatici, nel rispetto dei principi di cui all’art.5 del GDPR (</w:t>
      </w:r>
      <w:proofErr w:type="spellStart"/>
      <w:r>
        <w:t>necessità</w:t>
      </w:r>
      <w:proofErr w:type="spellEnd"/>
      <w:r>
        <w:t xml:space="preserve">, </w:t>
      </w:r>
      <w:proofErr w:type="spellStart"/>
      <w:r>
        <w:t>finalità</w:t>
      </w:r>
      <w:proofErr w:type="spellEnd"/>
      <w:r>
        <w:t xml:space="preserve">, </w:t>
      </w:r>
      <w:proofErr w:type="spellStart"/>
      <w:r>
        <w:t>minimizzazione</w:t>
      </w:r>
      <w:proofErr w:type="spellEnd"/>
      <w:r>
        <w:t xml:space="preserve">, </w:t>
      </w:r>
      <w:proofErr w:type="spellStart"/>
      <w:r>
        <w:t>legittimità</w:t>
      </w:r>
      <w:proofErr w:type="spellEnd"/>
      <w:r>
        <w:t xml:space="preserve"> e </w:t>
      </w:r>
      <w:proofErr w:type="spellStart"/>
      <w:r>
        <w:t>proporzionalità</w:t>
      </w:r>
      <w:proofErr w:type="spellEnd"/>
      <w:r>
        <w:t xml:space="preserve"> del </w:t>
      </w:r>
      <w:proofErr w:type="spellStart"/>
      <w:r>
        <w:t>trattamento</w:t>
      </w:r>
      <w:proofErr w:type="spellEnd"/>
      <w:r>
        <w:t xml:space="preserve">), </w:t>
      </w:r>
      <w:proofErr w:type="spellStart"/>
      <w:r>
        <w:t>esclusivamente</w:t>
      </w:r>
      <w:proofErr w:type="spellEnd"/>
      <w:r>
        <w:t xml:space="preserve"> </w:t>
      </w:r>
      <w:proofErr w:type="spellStart"/>
      <w:r>
        <w:t>nell’ambito</w:t>
      </w:r>
      <w:proofErr w:type="spellEnd"/>
      <w:r>
        <w:t xml:space="preserve"> del procedimento in oggetto. Si </w:t>
      </w:r>
      <w:proofErr w:type="spellStart"/>
      <w:r>
        <w:t>precisa</w:t>
      </w:r>
      <w:proofErr w:type="spellEnd"/>
      <w:r>
        <w:t xml:space="preserve"> </w:t>
      </w:r>
      <w:proofErr w:type="spellStart"/>
      <w:r>
        <w:t>che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dati</w:t>
      </w:r>
      <w:proofErr w:type="spellEnd"/>
      <w:r>
        <w:t xml:space="preserve"> </w:t>
      </w:r>
      <w:proofErr w:type="spellStart"/>
      <w:r>
        <w:t>richiesti</w:t>
      </w:r>
      <w:proofErr w:type="spellEnd"/>
      <w:r>
        <w:t xml:space="preserve"> </w:t>
      </w:r>
      <w:proofErr w:type="spellStart"/>
      <w:r>
        <w:t>sono</w:t>
      </w:r>
      <w:proofErr w:type="spellEnd"/>
      <w:r>
        <w:t xml:space="preserve"> NECESSARI per la </w:t>
      </w:r>
      <w:proofErr w:type="spellStart"/>
      <w:r>
        <w:t>fornitura</w:t>
      </w:r>
      <w:proofErr w:type="spellEnd"/>
      <w:r>
        <w:t xml:space="preserve"> del </w:t>
      </w:r>
      <w:proofErr w:type="spellStart"/>
      <w:r>
        <w:t>servizio</w:t>
      </w:r>
      <w:proofErr w:type="spellEnd"/>
      <w:r>
        <w:t>.</w:t>
      </w:r>
    </w:p>
    <w:p w14:paraId="6C675EC2" w14:textId="77777777" w:rsidR="001152FA" w:rsidRDefault="001152FA" w:rsidP="006B08E0">
      <w:pPr>
        <w:spacing w:after="0" w:line="240" w:lineRule="auto"/>
        <w:jc w:val="both"/>
      </w:pPr>
    </w:p>
    <w:p w14:paraId="4FDD5715" w14:textId="076F39DB" w:rsidR="001152FA" w:rsidRDefault="00000000" w:rsidP="006B08E0">
      <w:pPr>
        <w:spacing w:after="0" w:line="240" w:lineRule="auto"/>
        <w:jc w:val="both"/>
      </w:pPr>
      <w:r>
        <w:t xml:space="preserve">Il dichiarante può rivolgersi in </w:t>
      </w:r>
      <w:proofErr w:type="spellStart"/>
      <w:r>
        <w:t>qualsiasi</w:t>
      </w:r>
      <w:proofErr w:type="spellEnd"/>
      <w:r>
        <w:t xml:space="preserve"> </w:t>
      </w:r>
      <w:proofErr w:type="spellStart"/>
      <w:r>
        <w:t>momento</w:t>
      </w:r>
      <w:proofErr w:type="spellEnd"/>
      <w:r>
        <w:t xml:space="preserve"> al Comune di </w:t>
      </w:r>
      <w:r w:rsidR="00565682">
        <w:t>Ceretto Lomellina</w:t>
      </w:r>
      <w:r>
        <w:t xml:space="preserve"> per </w:t>
      </w:r>
      <w:proofErr w:type="spellStart"/>
      <w:r>
        <w:t>verificare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dati</w:t>
      </w:r>
      <w:proofErr w:type="spellEnd"/>
      <w:r>
        <w:t xml:space="preserve"> </w:t>
      </w:r>
      <w:proofErr w:type="spellStart"/>
      <w:r>
        <w:t>che</w:t>
      </w:r>
      <w:proofErr w:type="spellEnd"/>
      <w:r>
        <w:t xml:space="preserve"> lo </w:t>
      </w:r>
      <w:proofErr w:type="spellStart"/>
      <w:r>
        <w:t>riguardano</w:t>
      </w:r>
      <w:proofErr w:type="spellEnd"/>
      <w:r>
        <w:t xml:space="preserve"> e </w:t>
      </w:r>
      <w:proofErr w:type="spellStart"/>
      <w:r>
        <w:t>farli</w:t>
      </w:r>
      <w:proofErr w:type="spellEnd"/>
      <w:r>
        <w:t xml:space="preserve"> </w:t>
      </w:r>
      <w:proofErr w:type="spellStart"/>
      <w:r>
        <w:t>eventualmente</w:t>
      </w:r>
      <w:proofErr w:type="spellEnd"/>
      <w:r>
        <w:t xml:space="preserve"> </w:t>
      </w:r>
      <w:proofErr w:type="spellStart"/>
      <w:r>
        <w:t>aggiornare</w:t>
      </w:r>
      <w:proofErr w:type="spellEnd"/>
      <w:r>
        <w:t xml:space="preserve">, </w:t>
      </w:r>
      <w:proofErr w:type="spellStart"/>
      <w:r>
        <w:t>rettificare</w:t>
      </w:r>
      <w:proofErr w:type="spellEnd"/>
      <w:r>
        <w:t xml:space="preserve"> ed </w:t>
      </w:r>
      <w:proofErr w:type="spellStart"/>
      <w:r>
        <w:t>integrare</w:t>
      </w:r>
      <w:proofErr w:type="spellEnd"/>
      <w:r>
        <w:t xml:space="preserve"> o cancellare, chiederne il blocco ed </w:t>
      </w:r>
      <w:proofErr w:type="spellStart"/>
      <w:r>
        <w:t>opporsi</w:t>
      </w:r>
      <w:proofErr w:type="spellEnd"/>
      <w:r>
        <w:t xml:space="preserve"> al loro </w:t>
      </w:r>
      <w:proofErr w:type="spellStart"/>
      <w:r>
        <w:t>trattamento</w:t>
      </w:r>
      <w:proofErr w:type="spellEnd"/>
      <w:r>
        <w:t xml:space="preserve">, secondo le </w:t>
      </w:r>
      <w:proofErr w:type="spellStart"/>
      <w:r>
        <w:t>disposizioni</w:t>
      </w:r>
      <w:proofErr w:type="spellEnd"/>
      <w:r>
        <w:t xml:space="preserve"> di cui </w:t>
      </w:r>
      <w:proofErr w:type="spellStart"/>
      <w:r>
        <w:t>agli</w:t>
      </w:r>
      <w:proofErr w:type="spellEnd"/>
      <w:r>
        <w:t xml:space="preserve"> artt.15-22 del GDPR.</w:t>
      </w:r>
    </w:p>
    <w:p w14:paraId="7962936C" w14:textId="77777777" w:rsidR="001152FA" w:rsidRDefault="001152FA" w:rsidP="006B08E0">
      <w:pPr>
        <w:spacing w:after="0" w:line="240" w:lineRule="auto"/>
        <w:jc w:val="both"/>
      </w:pPr>
    </w:p>
    <w:p w14:paraId="09F78B60" w14:textId="6552F74E" w:rsidR="001152FA" w:rsidRPr="00565682" w:rsidRDefault="00000000" w:rsidP="006B08E0">
      <w:pPr>
        <w:spacing w:after="0" w:line="240" w:lineRule="auto"/>
        <w:jc w:val="both"/>
      </w:pPr>
      <w:r w:rsidRPr="00565682">
        <w:t xml:space="preserve">Ulteriori informazioni sono disponibili sull’informativa generale in tema di protezione dati personali, raggiungibile in home page del </w:t>
      </w:r>
      <w:proofErr w:type="spellStart"/>
      <w:r w:rsidRPr="00565682">
        <w:t>sito</w:t>
      </w:r>
      <w:proofErr w:type="spellEnd"/>
      <w:r w:rsidRPr="00565682">
        <w:t xml:space="preserve"> </w:t>
      </w:r>
      <w:proofErr w:type="spellStart"/>
      <w:r w:rsidRPr="00565682">
        <w:t>istituzionale</w:t>
      </w:r>
      <w:proofErr w:type="spellEnd"/>
      <w:r w:rsidRPr="00565682">
        <w:t xml:space="preserve"> </w:t>
      </w:r>
      <w:proofErr w:type="spellStart"/>
      <w:r w:rsidRPr="00565682">
        <w:t>dell’ente</w:t>
      </w:r>
      <w:proofErr w:type="spellEnd"/>
      <w:r w:rsidRPr="00565682">
        <w:t>.</w:t>
      </w:r>
    </w:p>
    <w:p w14:paraId="78AA8CE1" w14:textId="77777777" w:rsidR="001152FA" w:rsidRPr="00565682" w:rsidRDefault="001152FA" w:rsidP="006B08E0">
      <w:pPr>
        <w:spacing w:after="0" w:line="240" w:lineRule="auto"/>
        <w:jc w:val="both"/>
      </w:pPr>
    </w:p>
    <w:p w14:paraId="071884F9" w14:textId="6E19A7A0" w:rsidR="001152FA" w:rsidRDefault="00000000" w:rsidP="006B08E0">
      <w:pPr>
        <w:spacing w:after="0" w:line="240" w:lineRule="auto"/>
        <w:jc w:val="both"/>
      </w:pPr>
      <w:r w:rsidRPr="00565682">
        <w:t xml:space="preserve">Si ricorda </w:t>
      </w:r>
      <w:proofErr w:type="spellStart"/>
      <w:r w:rsidRPr="00565682">
        <w:t>ancora</w:t>
      </w:r>
      <w:proofErr w:type="spellEnd"/>
      <w:r w:rsidRPr="00565682">
        <w:t xml:space="preserve"> </w:t>
      </w:r>
      <w:proofErr w:type="spellStart"/>
      <w:r w:rsidRPr="00565682">
        <w:t>che</w:t>
      </w:r>
      <w:proofErr w:type="spellEnd"/>
      <w:r w:rsidRPr="00565682">
        <w:t xml:space="preserve"> il Comune di </w:t>
      </w:r>
      <w:r w:rsidR="00565682" w:rsidRPr="00565682">
        <w:t>Ceretto Lomellina</w:t>
      </w:r>
      <w:r w:rsidRPr="00565682">
        <w:t xml:space="preserve"> </w:t>
      </w:r>
      <w:proofErr w:type="spellStart"/>
      <w:r w:rsidRPr="00565682">
        <w:t>si</w:t>
      </w:r>
      <w:proofErr w:type="spellEnd"/>
      <w:r w:rsidRPr="00565682">
        <w:t xml:space="preserve"> </w:t>
      </w:r>
      <w:proofErr w:type="spellStart"/>
      <w:r w:rsidRPr="00565682">
        <w:t>avvale</w:t>
      </w:r>
      <w:proofErr w:type="spellEnd"/>
      <w:r w:rsidRPr="00565682">
        <w:t xml:space="preserve"> di un DPO (Responsabile protezione </w:t>
      </w:r>
      <w:proofErr w:type="spellStart"/>
      <w:r w:rsidRPr="00565682">
        <w:t>dei</w:t>
      </w:r>
      <w:proofErr w:type="spellEnd"/>
      <w:r w:rsidRPr="00565682">
        <w:t xml:space="preserve"> Dati), </w:t>
      </w:r>
      <w:proofErr w:type="spellStart"/>
      <w:r w:rsidRPr="00565682">
        <w:t>raggiungibile</w:t>
      </w:r>
      <w:proofErr w:type="spellEnd"/>
      <w:r w:rsidRPr="00565682">
        <w:t xml:space="preserve"> </w:t>
      </w:r>
      <w:proofErr w:type="spellStart"/>
      <w:r w:rsidRPr="00565682">
        <w:t>tramite</w:t>
      </w:r>
      <w:proofErr w:type="spellEnd"/>
      <w:r w:rsidRPr="00565682">
        <w:t xml:space="preserve"> </w:t>
      </w:r>
      <w:proofErr w:type="spellStart"/>
      <w:r w:rsidRPr="00565682">
        <w:t>i</w:t>
      </w:r>
      <w:proofErr w:type="spellEnd"/>
      <w:r w:rsidRPr="00565682">
        <w:t xml:space="preserve"> </w:t>
      </w:r>
      <w:proofErr w:type="spellStart"/>
      <w:r w:rsidRPr="00565682">
        <w:t>dati</w:t>
      </w:r>
      <w:proofErr w:type="spellEnd"/>
      <w:r w:rsidRPr="00565682">
        <w:t xml:space="preserve"> di </w:t>
      </w:r>
      <w:proofErr w:type="spellStart"/>
      <w:r w:rsidRPr="00565682">
        <w:t>contatto</w:t>
      </w:r>
      <w:proofErr w:type="spellEnd"/>
      <w:r w:rsidRPr="00565682">
        <w:t xml:space="preserve"> </w:t>
      </w:r>
      <w:proofErr w:type="spellStart"/>
      <w:r w:rsidRPr="00565682">
        <w:t>pubblicati</w:t>
      </w:r>
      <w:proofErr w:type="spellEnd"/>
      <w:r w:rsidRPr="00565682">
        <w:t xml:space="preserve"> in homepage.</w:t>
      </w:r>
    </w:p>
    <w:p w14:paraId="52B1EF51" w14:textId="77777777" w:rsidR="001152FA" w:rsidRDefault="001152FA" w:rsidP="006B08E0">
      <w:pPr>
        <w:spacing w:after="0" w:line="240" w:lineRule="auto"/>
        <w:jc w:val="both"/>
      </w:pPr>
    </w:p>
    <w:sectPr w:rsidR="001152FA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oelenco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oelenco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Puntoelenco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Puntoelenco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898132320">
    <w:abstractNumId w:val="8"/>
  </w:num>
  <w:num w:numId="2" w16cid:durableId="760226862">
    <w:abstractNumId w:val="6"/>
  </w:num>
  <w:num w:numId="3" w16cid:durableId="884559504">
    <w:abstractNumId w:val="5"/>
  </w:num>
  <w:num w:numId="4" w16cid:durableId="947663636">
    <w:abstractNumId w:val="4"/>
  </w:num>
  <w:num w:numId="5" w16cid:durableId="768934960">
    <w:abstractNumId w:val="7"/>
  </w:num>
  <w:num w:numId="6" w16cid:durableId="812335403">
    <w:abstractNumId w:val="3"/>
  </w:num>
  <w:num w:numId="7" w16cid:durableId="2037805828">
    <w:abstractNumId w:val="2"/>
  </w:num>
  <w:num w:numId="8" w16cid:durableId="1403943544">
    <w:abstractNumId w:val="1"/>
  </w:num>
  <w:num w:numId="9" w16cid:durableId="15281326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 w:grammar="clean"/>
  <w:defaultTabStop w:val="720"/>
  <w:hyphenationZone w:val="283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C11B3"/>
    <w:rsid w:val="001152FA"/>
    <w:rsid w:val="0015074B"/>
    <w:rsid w:val="001E3996"/>
    <w:rsid w:val="0029639D"/>
    <w:rsid w:val="00326F90"/>
    <w:rsid w:val="00565682"/>
    <w:rsid w:val="00633DF1"/>
    <w:rsid w:val="006B08E0"/>
    <w:rsid w:val="00AA1D8D"/>
    <w:rsid w:val="00AA30C7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1802263"/>
  <w14:defaultImageDpi w14:val="300"/>
  <w15:docId w15:val="{00230514-FCEE-44E9-B4E8-82B80C136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C693F"/>
  </w:style>
  <w:style w:type="paragraph" w:styleId="Titolo1">
    <w:name w:val="heading 1"/>
    <w:basedOn w:val="Normale"/>
    <w:next w:val="Normale"/>
    <w:link w:val="Titolo1Carattere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618BF"/>
  </w:style>
  <w:style w:type="paragraph" w:styleId="Pidipagina">
    <w:name w:val="footer"/>
    <w:basedOn w:val="Normale"/>
    <w:link w:val="Pidipagina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618BF"/>
  </w:style>
  <w:style w:type="paragraph" w:styleId="Nessunaspaziatura">
    <w:name w:val="No Spacing"/>
    <w:uiPriority w:val="1"/>
    <w:qFormat/>
    <w:rsid w:val="00FC693F"/>
    <w:pPr>
      <w:spacing w:after="0" w:line="240" w:lineRule="auto"/>
    </w:pPr>
  </w:style>
  <w:style w:type="character" w:customStyle="1" w:styleId="Titolo1Carattere">
    <w:name w:val="Titolo 1 Carattere"/>
    <w:basedOn w:val="Carpredefinitoparagrafo"/>
    <w:link w:val="Tito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olo3Carattere">
    <w:name w:val="Titolo 3 Carattere"/>
    <w:basedOn w:val="Carpredefinitoparagrafo"/>
    <w:link w:val="Tito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">
    <w:name w:val="Title"/>
    <w:basedOn w:val="Normale"/>
    <w:next w:val="Normale"/>
    <w:link w:val="TitoloCarattere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oloCarattere">
    <w:name w:val="Titolo Carattere"/>
    <w:basedOn w:val="Carpredefinitoparagrafo"/>
    <w:link w:val="Tito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FC693F"/>
    <w:pPr>
      <w:ind w:left="720"/>
      <w:contextualSpacing/>
    </w:pPr>
  </w:style>
  <w:style w:type="paragraph" w:styleId="Corpotesto">
    <w:name w:val="Body Text"/>
    <w:basedOn w:val="Normale"/>
    <w:link w:val="CorpotestoCarattere"/>
    <w:uiPriority w:val="99"/>
    <w:unhideWhenUsed/>
    <w:rsid w:val="00AA1D8D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rsid w:val="00AA1D8D"/>
  </w:style>
  <w:style w:type="paragraph" w:styleId="Corpodeltesto2">
    <w:name w:val="Body Text 2"/>
    <w:basedOn w:val="Normale"/>
    <w:link w:val="Corpodeltesto2Carattere"/>
    <w:uiPriority w:val="99"/>
    <w:unhideWhenUsed/>
    <w:rsid w:val="00AA1D8D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AA1D8D"/>
  </w:style>
  <w:style w:type="paragraph" w:styleId="Corpodeltesto3">
    <w:name w:val="Body Text 3"/>
    <w:basedOn w:val="Normale"/>
    <w:link w:val="Corpodeltesto3Carattere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AA1D8D"/>
    <w:rPr>
      <w:sz w:val="16"/>
      <w:szCs w:val="16"/>
    </w:rPr>
  </w:style>
  <w:style w:type="paragraph" w:styleId="Elenco">
    <w:name w:val="List"/>
    <w:basedOn w:val="Normale"/>
    <w:uiPriority w:val="99"/>
    <w:unhideWhenUsed/>
    <w:rsid w:val="00AA1D8D"/>
    <w:pPr>
      <w:ind w:left="360" w:hanging="360"/>
      <w:contextualSpacing/>
    </w:pPr>
  </w:style>
  <w:style w:type="paragraph" w:styleId="Elenco2">
    <w:name w:val="List 2"/>
    <w:basedOn w:val="Normale"/>
    <w:uiPriority w:val="99"/>
    <w:unhideWhenUsed/>
    <w:rsid w:val="00326F90"/>
    <w:pPr>
      <w:ind w:left="720" w:hanging="360"/>
      <w:contextualSpacing/>
    </w:pPr>
  </w:style>
  <w:style w:type="paragraph" w:styleId="Elenco3">
    <w:name w:val="List 3"/>
    <w:basedOn w:val="Normale"/>
    <w:uiPriority w:val="99"/>
    <w:unhideWhenUsed/>
    <w:rsid w:val="00326F90"/>
    <w:pPr>
      <w:ind w:left="1080" w:hanging="360"/>
      <w:contextualSpacing/>
    </w:pPr>
  </w:style>
  <w:style w:type="paragraph" w:styleId="Puntoelenco">
    <w:name w:val="List Bullet"/>
    <w:basedOn w:val="Normale"/>
    <w:uiPriority w:val="99"/>
    <w:unhideWhenUsed/>
    <w:rsid w:val="00326F90"/>
    <w:pPr>
      <w:numPr>
        <w:numId w:val="1"/>
      </w:numPr>
      <w:contextualSpacing/>
    </w:pPr>
  </w:style>
  <w:style w:type="paragraph" w:styleId="Puntoelenco2">
    <w:name w:val="List Bullet 2"/>
    <w:basedOn w:val="Normale"/>
    <w:uiPriority w:val="99"/>
    <w:unhideWhenUsed/>
    <w:rsid w:val="00326F90"/>
    <w:pPr>
      <w:numPr>
        <w:numId w:val="2"/>
      </w:numPr>
      <w:contextualSpacing/>
    </w:pPr>
  </w:style>
  <w:style w:type="paragraph" w:styleId="Puntoelenco3">
    <w:name w:val="List Bullet 3"/>
    <w:basedOn w:val="Normale"/>
    <w:uiPriority w:val="99"/>
    <w:unhideWhenUsed/>
    <w:rsid w:val="00326F90"/>
    <w:pPr>
      <w:numPr>
        <w:numId w:val="3"/>
      </w:numPr>
      <w:contextualSpacing/>
    </w:pPr>
  </w:style>
  <w:style w:type="paragraph" w:styleId="Numeroelenco">
    <w:name w:val="List Number"/>
    <w:basedOn w:val="Normale"/>
    <w:uiPriority w:val="99"/>
    <w:unhideWhenUsed/>
    <w:rsid w:val="00326F90"/>
    <w:pPr>
      <w:numPr>
        <w:numId w:val="5"/>
      </w:numPr>
      <w:contextualSpacing/>
    </w:pPr>
  </w:style>
  <w:style w:type="paragraph" w:styleId="Numeroelenco2">
    <w:name w:val="List Number 2"/>
    <w:basedOn w:val="Normale"/>
    <w:uiPriority w:val="99"/>
    <w:unhideWhenUsed/>
    <w:rsid w:val="0029639D"/>
    <w:pPr>
      <w:numPr>
        <w:numId w:val="6"/>
      </w:numPr>
      <w:contextualSpacing/>
    </w:pPr>
  </w:style>
  <w:style w:type="paragraph" w:styleId="Numeroelenco3">
    <w:name w:val="List Number 3"/>
    <w:basedOn w:val="Normale"/>
    <w:uiPriority w:val="99"/>
    <w:unhideWhenUsed/>
    <w:rsid w:val="0029639D"/>
    <w:pPr>
      <w:numPr>
        <w:numId w:val="7"/>
      </w:numPr>
      <w:contextualSpacing/>
    </w:pPr>
  </w:style>
  <w:style w:type="paragraph" w:styleId="Elencocontinua">
    <w:name w:val="List Continue"/>
    <w:basedOn w:val="Normale"/>
    <w:uiPriority w:val="99"/>
    <w:unhideWhenUsed/>
    <w:rsid w:val="0029639D"/>
    <w:pPr>
      <w:spacing w:after="120"/>
      <w:ind w:left="360"/>
      <w:contextualSpacing/>
    </w:pPr>
  </w:style>
  <w:style w:type="paragraph" w:styleId="Elencocontinua2">
    <w:name w:val="List Continue 2"/>
    <w:basedOn w:val="Normale"/>
    <w:uiPriority w:val="99"/>
    <w:unhideWhenUsed/>
    <w:rsid w:val="0029639D"/>
    <w:pPr>
      <w:spacing w:after="120"/>
      <w:ind w:left="720"/>
      <w:contextualSpacing/>
    </w:pPr>
  </w:style>
  <w:style w:type="paragraph" w:styleId="Elencocontinua3">
    <w:name w:val="List Continue 3"/>
    <w:basedOn w:val="Normale"/>
    <w:uiPriority w:val="99"/>
    <w:unhideWhenUsed/>
    <w:rsid w:val="0029639D"/>
    <w:pPr>
      <w:spacing w:after="120"/>
      <w:ind w:left="1080"/>
      <w:contextualSpacing/>
    </w:pPr>
  </w:style>
  <w:style w:type="paragraph" w:styleId="Testomacro">
    <w:name w:val="macro"/>
    <w:link w:val="TestomacroCarattere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stomacroCarattere">
    <w:name w:val="Testo macro Carattere"/>
    <w:basedOn w:val="Carpredefinitoparagrafo"/>
    <w:link w:val="Testomacro"/>
    <w:uiPriority w:val="99"/>
    <w:rsid w:val="0029639D"/>
    <w:rPr>
      <w:rFonts w:ascii="Courier" w:hAnsi="Courier"/>
      <w:sz w:val="20"/>
      <w:szCs w:val="20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C693F"/>
    <w:rPr>
      <w:i/>
      <w:iCs/>
      <w:color w:val="000000" w:themeColor="text1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C693F"/>
    <w:rPr>
      <w:i/>
      <w:iCs/>
      <w:color w:val="000000" w:themeColor="text1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idascalia">
    <w:name w:val="caption"/>
    <w:basedOn w:val="Normale"/>
    <w:next w:val="Normale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Enfasigrassetto">
    <w:name w:val="Strong"/>
    <w:basedOn w:val="Carpredefinitoparagrafo"/>
    <w:uiPriority w:val="22"/>
    <w:qFormat/>
    <w:rsid w:val="00FC693F"/>
    <w:rPr>
      <w:b/>
      <w:bCs/>
    </w:rPr>
  </w:style>
  <w:style w:type="character" w:styleId="Enfasicorsivo">
    <w:name w:val="Emphasis"/>
    <w:basedOn w:val="Carpredefinitoparagrafo"/>
    <w:uiPriority w:val="20"/>
    <w:qFormat/>
    <w:rsid w:val="00FC693F"/>
    <w:rPr>
      <w:i/>
      <w:iCs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C693F"/>
    <w:rPr>
      <w:b/>
      <w:bCs/>
      <w:i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qFormat/>
    <w:rsid w:val="00FC693F"/>
    <w:rPr>
      <w:i/>
      <w:iCs/>
      <w:color w:val="808080" w:themeColor="text1" w:themeTint="7F"/>
    </w:rPr>
  </w:style>
  <w:style w:type="character" w:styleId="Enfasiintensa">
    <w:name w:val="Intense Emphasis"/>
    <w:basedOn w:val="Carpredefinitoparagrafo"/>
    <w:uiPriority w:val="21"/>
    <w:qFormat/>
    <w:rsid w:val="00FC693F"/>
    <w:rPr>
      <w:b/>
      <w:bCs/>
      <w:i/>
      <w:iCs/>
      <w:color w:val="4F81BD" w:themeColor="accent1"/>
    </w:rPr>
  </w:style>
  <w:style w:type="character" w:styleId="Riferimentodelicato">
    <w:name w:val="Subtle Reference"/>
    <w:basedOn w:val="Carpredefinitoparagrafo"/>
    <w:uiPriority w:val="31"/>
    <w:qFormat/>
    <w:rsid w:val="00FC693F"/>
    <w:rPr>
      <w:smallCaps/>
      <w:color w:val="C0504D" w:themeColor="accent2"/>
      <w:u w:val="single"/>
    </w:rPr>
  </w:style>
  <w:style w:type="character" w:styleId="Riferimentointenso">
    <w:name w:val="Intense Reference"/>
    <w:basedOn w:val="Carpredefinitoparagraf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olodellibro">
    <w:name w:val="Book Title"/>
    <w:basedOn w:val="Carpredefinitoparagrafo"/>
    <w:uiPriority w:val="33"/>
    <w:qFormat/>
    <w:rsid w:val="00FC693F"/>
    <w:rPr>
      <w:b/>
      <w:bCs/>
      <w:smallCaps/>
      <w:spacing w:val="5"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FC693F"/>
    <w:pPr>
      <w:outlineLvl w:val="9"/>
    </w:pPr>
  </w:style>
  <w:style w:type="table" w:styleId="Grigliatabella">
    <w:name w:val="Table Grid"/>
    <w:basedOn w:val="Tabellanormale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fondochiaro">
    <w:name w:val="Light Shading"/>
    <w:basedOn w:val="Tabellanormale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fondochiaro-Colore1">
    <w:name w:val="Light Shading Accent 1"/>
    <w:basedOn w:val="Tabellanormale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fondochiaro-Colore2">
    <w:name w:val="Light Shading Accent 2"/>
    <w:basedOn w:val="Tabellanormale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fondochiaro-Colore3">
    <w:name w:val="Light Shading Accent 3"/>
    <w:basedOn w:val="Tabellanormale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fondochiaro-Colore4">
    <w:name w:val="Light Shading Accent 4"/>
    <w:basedOn w:val="Tabellanormale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fondochiaro-Colore5">
    <w:name w:val="Light Shading Accent 5"/>
    <w:basedOn w:val="Tabellanormale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fondochiaro-Colore6">
    <w:name w:val="Light Shading Accent 6"/>
    <w:basedOn w:val="Tabellanormale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Elencochiaro">
    <w:name w:val="Light List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Elencochiaro-Colore1">
    <w:name w:val="Light List Accent 1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Elencochiaro-Colore2">
    <w:name w:val="Light List Accent 2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Elencochiaro-Colore3">
    <w:name w:val="Light List Accent 3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Elencochiaro-Colore4">
    <w:name w:val="Light List Accent 4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Elencochiaro-Colore5">
    <w:name w:val="Light List Accent 5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Elencochiaro-Colore6">
    <w:name w:val="Light List Accent 6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igliachiara">
    <w:name w:val="Light Grid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gliachiara-Colore1">
    <w:name w:val="Light Grid Accent 1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igliachiara-Colore2">
    <w:name w:val="Light Grid Accent 2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igliachiara-Colore3">
    <w:name w:val="Light Grid Accent 3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igliachiara-Colore4">
    <w:name w:val="Light Grid Accent 4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igliachiara-Colore5">
    <w:name w:val="Light Grid Accent 5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igliachiara-Colore6">
    <w:name w:val="Light Grid Accent 6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fondomedio1">
    <w:name w:val="Medium Shading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1">
    <w:name w:val="Medium Shading 1 Accent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2">
    <w:name w:val="Medium Shading 1 Accent 2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3">
    <w:name w:val="Medium Shading 1 Accent 3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4">
    <w:name w:val="Medium Shading 1 Accent 4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5">
    <w:name w:val="Medium Shading 1 Accent 5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6">
    <w:name w:val="Medium Shading 1 Accent 6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2">
    <w:name w:val="Medium Shading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1">
    <w:name w:val="Medium Shading 2 Accent 1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2">
    <w:name w:val="Medium Shading 2 Accent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3">
    <w:name w:val="Medium Shading 2 Accent 3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4">
    <w:name w:val="Medium Shading 2 Accent 4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5">
    <w:name w:val="Medium Shading 2 Accent 5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6">
    <w:name w:val="Medium Shading 2 Accent 6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lencomedio1">
    <w:name w:val="Medium Lis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Elencomedio1-Colore1">
    <w:name w:val="Medium List 1 Accen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Elencomedio1-Colore2">
    <w:name w:val="Medium List 1 Accent 2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Elencomedio1-Colore3">
    <w:name w:val="Medium List 1 Accent 3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Elencomedio1-Colore4">
    <w:name w:val="Medium List 1 Accent 4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Elencomedio1-Colore5">
    <w:name w:val="Medium List 1 Accent 5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Elencomedio1-Colore6">
    <w:name w:val="Medium List 1 Accent 6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Elencomedio2">
    <w:name w:val="Medium Lis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1">
    <w:name w:val="Medium List 2 Accent 1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2">
    <w:name w:val="Medium List 2 Accen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3">
    <w:name w:val="Medium List 2 Accent 3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4">
    <w:name w:val="Medium List 2 Accent 4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5">
    <w:name w:val="Medium List 2 Accent 5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6">
    <w:name w:val="Medium List 2 Accent 6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gliamedia1">
    <w:name w:val="Medium Grid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media1-Colore1">
    <w:name w:val="Medium Grid 1 Accent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media1-Colore2">
    <w:name w:val="Medium Grid 1 Accent 2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media1-Colore3">
    <w:name w:val="Medium Grid 1 Accent 3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media1-Colore4">
    <w:name w:val="Medium Grid 1 Accent 4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media1-Colore5">
    <w:name w:val="Medium Grid 1 Accent 5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media1-Colore6">
    <w:name w:val="Medium Grid 1 Accent 6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gliamedia2">
    <w:name w:val="Medium Grid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1">
    <w:name w:val="Medium Grid 2 Accent 1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2">
    <w:name w:val="Medium Grid 2 Accent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3">
    <w:name w:val="Medium Grid 2 Accent 3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4">
    <w:name w:val="Medium Grid 2 Accent 4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5">
    <w:name w:val="Medium Grid 2 Accent 5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6">
    <w:name w:val="Medium Grid 2 Accent 6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3">
    <w:name w:val="Medium Grid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gliamedia3-Colore1">
    <w:name w:val="Medium Grid 3 Accent 1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gliamedia3-Colore2">
    <w:name w:val="Medium Grid 3 Accent 2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igliamedia3-Colore3">
    <w:name w:val="Medium Grid 3 Accent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igliamedia3-Colore4">
    <w:name w:val="Medium Grid 3 Accent 4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igliamedia3-Colore5">
    <w:name w:val="Medium Grid 3 Accent 5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igliamedia3-Colore6">
    <w:name w:val="Medium Grid 3 Accent 6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Elencoscuro">
    <w:name w:val="Dark List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Elencoscuro-Colore1">
    <w:name w:val="Dark List Accent 1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Elencoscuro-Colore2">
    <w:name w:val="Dark List Accent 2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Elencoscuro-Colore3">
    <w:name w:val="Dark List Accent 3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Elencoscuro-Colore4">
    <w:name w:val="Dark List Accent 4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Elencoscuro-Colore5">
    <w:name w:val="Dark List Accent 5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Elencoscuro-Colore6">
    <w:name w:val="Dark List Accent 6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fondoacolori">
    <w:name w:val="Colorful Shading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1">
    <w:name w:val="Colorful Shading Accent 1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2">
    <w:name w:val="Colorful Shading Accent 2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3">
    <w:name w:val="Colorful Shading Accent 3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fondoacolori-Colore4">
    <w:name w:val="Colorful Shading Accent 4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5">
    <w:name w:val="Colorful Shading Accent 5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6">
    <w:name w:val="Colorful Shading Accent 6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lencoacolori">
    <w:name w:val="Colorful List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Elencoacolori-Colore1">
    <w:name w:val="Colorful List Accent 1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Elencoacolori-Colore2">
    <w:name w:val="Colorful List Accent 2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Elencoacolori-Colore3">
    <w:name w:val="Colorful List Accent 3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Elencoacolori-Colore4">
    <w:name w:val="Colorful List Accent 4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Elencoacolori-Colore5">
    <w:name w:val="Colorful List Accent 5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Elencoacolori-Colore6">
    <w:name w:val="Colorful List Accent 6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gliaacolori">
    <w:name w:val="Colorful Grid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acolori-Colore1">
    <w:name w:val="Colorful Grid Accent 1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acolori-Colore2">
    <w:name w:val="Colorful Grid Accent 2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acolori-Colore3">
    <w:name w:val="Colorful Grid Accent 3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acolori-Colore4">
    <w:name w:val="Colorful Grid Accent 4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acolori-Colore5">
    <w:name w:val="Colorful Grid Accent 5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acolori-Colore6">
    <w:name w:val="Colorful Grid Accent 6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Collegamentoipertestuale">
    <w:name w:val="Hyperlink"/>
    <w:basedOn w:val="Carpredefinitoparagrafo"/>
    <w:uiPriority w:val="99"/>
    <w:unhideWhenUsed/>
    <w:rsid w:val="00565682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56568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nfo@comune.cerettolomellina.pv.it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478</Words>
  <Characters>2730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3202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Utente</cp:lastModifiedBy>
  <cp:revision>8</cp:revision>
  <dcterms:created xsi:type="dcterms:W3CDTF">2013-12-23T23:15:00Z</dcterms:created>
  <dcterms:modified xsi:type="dcterms:W3CDTF">2025-12-12T08:14:00Z</dcterms:modified>
  <cp:category/>
</cp:coreProperties>
</file>